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7B045" w14:textId="4D2727AE" w:rsidR="00F810DE" w:rsidRDefault="0086272B">
      <w:pPr>
        <w:spacing w:after="20"/>
        <w:jc w:val="right"/>
      </w:pPr>
      <w:r>
        <w:rPr>
          <w:i/>
          <w:sz w:val="21"/>
        </w:rPr>
        <w:t>Form 0</w:t>
      </w:r>
      <w:r w:rsidR="009E4EF6">
        <w:rPr>
          <w:i/>
          <w:sz w:val="21"/>
        </w:rPr>
        <w:t>4</w:t>
      </w:r>
    </w:p>
    <w:p w14:paraId="3C4227B9" w14:textId="77777777" w:rsidR="00F810DE" w:rsidRDefault="0086272B">
      <w:pPr>
        <w:spacing w:before="20" w:after="20"/>
        <w:jc w:val="center"/>
      </w:pPr>
      <w:r>
        <w:rPr>
          <w:b/>
          <w:sz w:val="30"/>
        </w:rPr>
        <w:t>MOTIVATION LETTER</w:t>
      </w:r>
    </w:p>
    <w:p w14:paraId="50FACA2F" w14:textId="77777777" w:rsidR="00F810DE" w:rsidRDefault="0086272B">
      <w:pPr>
        <w:spacing w:after="100"/>
        <w:jc w:val="center"/>
      </w:pPr>
      <w:r>
        <w:rPr>
          <w:b/>
        </w:rPr>
        <w:t>COTUTELLE PhD PROGRAMME - DUE &amp; UNIVERSITY OF LODZ, POLAND</w:t>
      </w:r>
    </w:p>
    <w:tbl>
      <w:tblPr>
        <w:tblW w:w="0" w:type="auto"/>
        <w:jc w:val="center"/>
        <w:tblLayout w:type="fixed"/>
        <w:tblLook w:val="04A0" w:firstRow="1" w:lastRow="0" w:firstColumn="1" w:lastColumn="0" w:noHBand="0" w:noVBand="1"/>
      </w:tblPr>
      <w:tblGrid>
        <w:gridCol w:w="9638"/>
      </w:tblGrid>
      <w:tr w:rsidR="00F810DE" w14:paraId="5885A295" w14:textId="77777777">
        <w:trPr>
          <w:jc w:val="center"/>
        </w:trPr>
        <w:tc>
          <w:tcPr>
            <w:tcW w:w="9638" w:type="dxa"/>
            <w:shd w:val="clear" w:color="auto" w:fill="F5F5F5"/>
            <w:tcMar>
              <w:top w:w="90" w:type="dxa"/>
              <w:left w:w="130" w:type="dxa"/>
              <w:bottom w:w="90" w:type="dxa"/>
              <w:right w:w="130" w:type="dxa"/>
            </w:tcMar>
          </w:tcPr>
          <w:p w14:paraId="402B4F15" w14:textId="1D68CF62" w:rsidR="00F810DE" w:rsidRDefault="0086272B" w:rsidP="00D352B8">
            <w:pPr>
              <w:spacing w:line="259" w:lineRule="auto"/>
              <w:jc w:val="both"/>
            </w:pPr>
            <w:r>
              <w:rPr>
                <w:b/>
                <w:sz w:val="20"/>
              </w:rPr>
              <w:t xml:space="preserve">Instructions: </w:t>
            </w:r>
            <w:r>
              <w:rPr>
                <w:sz w:val="20"/>
              </w:rPr>
              <w:t>Please prepare a concise motivation letter in English explaining why you wish to participate in the Cotutelle PhD Programme between University of Economics - The University of Danang (DUE) and the University of Lodz. The letter should clearly present your academic motivation, research fit, expected benefits from joint supervision and international research experience, and your readiness to meet the programme requirements. Suggested length: approximately 500-700 words.</w:t>
            </w:r>
          </w:p>
        </w:tc>
      </w:tr>
    </w:tbl>
    <w:p w14:paraId="19BB12AF" w14:textId="77777777" w:rsidR="00F810DE" w:rsidRDefault="00F810DE"/>
    <w:tbl>
      <w:tblPr>
        <w:tblStyle w:val="TableGrid"/>
        <w:tblW w:w="0" w:type="auto"/>
        <w:jc w:val="center"/>
        <w:tblLayout w:type="fixed"/>
        <w:tblLook w:val="04A0" w:firstRow="1" w:lastRow="0" w:firstColumn="1" w:lastColumn="0" w:noHBand="0" w:noVBand="1"/>
      </w:tblPr>
      <w:tblGrid>
        <w:gridCol w:w="3118"/>
        <w:gridCol w:w="6406"/>
      </w:tblGrid>
      <w:tr w:rsidR="00F810DE" w14:paraId="7E16F070" w14:textId="77777777">
        <w:trPr>
          <w:jc w:val="center"/>
        </w:trPr>
        <w:tc>
          <w:tcPr>
            <w:tcW w:w="3118" w:type="dxa"/>
            <w:shd w:val="clear" w:color="auto" w:fill="F2F2F2"/>
            <w:tcMar>
              <w:top w:w="70" w:type="dxa"/>
              <w:left w:w="100" w:type="dxa"/>
              <w:bottom w:w="70" w:type="dxa"/>
              <w:right w:w="100" w:type="dxa"/>
            </w:tcMar>
          </w:tcPr>
          <w:p w14:paraId="38C89446" w14:textId="77777777" w:rsidR="00F810DE" w:rsidRDefault="0086272B">
            <w:r>
              <w:rPr>
                <w:b/>
                <w:sz w:val="20"/>
              </w:rPr>
              <w:t>Full name of PhD candidate</w:t>
            </w:r>
          </w:p>
        </w:tc>
        <w:tc>
          <w:tcPr>
            <w:tcW w:w="6406" w:type="dxa"/>
            <w:tcMar>
              <w:top w:w="70" w:type="dxa"/>
              <w:left w:w="100" w:type="dxa"/>
              <w:bottom w:w="70" w:type="dxa"/>
              <w:right w:w="100" w:type="dxa"/>
            </w:tcMar>
          </w:tcPr>
          <w:p w14:paraId="01ED0CF6" w14:textId="77777777" w:rsidR="00F810DE" w:rsidRDefault="0086272B">
            <w:r>
              <w:rPr>
                <w:sz w:val="20"/>
              </w:rPr>
              <w:t xml:space="preserve"> </w:t>
            </w:r>
          </w:p>
        </w:tc>
      </w:tr>
      <w:tr w:rsidR="00F810DE" w14:paraId="2D74FDB9" w14:textId="77777777">
        <w:trPr>
          <w:jc w:val="center"/>
        </w:trPr>
        <w:tc>
          <w:tcPr>
            <w:tcW w:w="3118" w:type="dxa"/>
            <w:shd w:val="clear" w:color="auto" w:fill="F2F2F2"/>
            <w:tcMar>
              <w:top w:w="70" w:type="dxa"/>
              <w:left w:w="100" w:type="dxa"/>
              <w:bottom w:w="70" w:type="dxa"/>
              <w:right w:w="100" w:type="dxa"/>
            </w:tcMar>
          </w:tcPr>
          <w:p w14:paraId="5112E5EF" w14:textId="77777777" w:rsidR="00F810DE" w:rsidRDefault="0086272B">
            <w:r>
              <w:rPr>
                <w:b/>
                <w:sz w:val="20"/>
              </w:rPr>
              <w:t>Current doctoral programme / intake year</w:t>
            </w:r>
          </w:p>
        </w:tc>
        <w:tc>
          <w:tcPr>
            <w:tcW w:w="6406" w:type="dxa"/>
            <w:tcMar>
              <w:top w:w="70" w:type="dxa"/>
              <w:left w:w="100" w:type="dxa"/>
              <w:bottom w:w="70" w:type="dxa"/>
              <w:right w:w="100" w:type="dxa"/>
            </w:tcMar>
          </w:tcPr>
          <w:p w14:paraId="5D0BEC4C" w14:textId="77777777" w:rsidR="00F810DE" w:rsidRDefault="0086272B">
            <w:r>
              <w:rPr>
                <w:sz w:val="20"/>
              </w:rPr>
              <w:t xml:space="preserve"> </w:t>
            </w:r>
          </w:p>
        </w:tc>
      </w:tr>
      <w:tr w:rsidR="00F810DE" w14:paraId="561ECE8E" w14:textId="77777777">
        <w:trPr>
          <w:jc w:val="center"/>
        </w:trPr>
        <w:tc>
          <w:tcPr>
            <w:tcW w:w="3118" w:type="dxa"/>
            <w:shd w:val="clear" w:color="auto" w:fill="F2F2F2"/>
            <w:tcMar>
              <w:top w:w="70" w:type="dxa"/>
              <w:left w:w="100" w:type="dxa"/>
              <w:bottom w:w="70" w:type="dxa"/>
              <w:right w:w="100" w:type="dxa"/>
            </w:tcMar>
          </w:tcPr>
          <w:p w14:paraId="7C365B13" w14:textId="77777777" w:rsidR="00F810DE" w:rsidRDefault="0086272B">
            <w:r>
              <w:rPr>
                <w:b/>
                <w:sz w:val="20"/>
              </w:rPr>
              <w:t>Current supervisor(s) at DUE</w:t>
            </w:r>
          </w:p>
        </w:tc>
        <w:tc>
          <w:tcPr>
            <w:tcW w:w="6406" w:type="dxa"/>
            <w:tcMar>
              <w:top w:w="70" w:type="dxa"/>
              <w:left w:w="100" w:type="dxa"/>
              <w:bottom w:w="70" w:type="dxa"/>
              <w:right w:w="100" w:type="dxa"/>
            </w:tcMar>
          </w:tcPr>
          <w:p w14:paraId="4C50E2EF" w14:textId="77777777" w:rsidR="00F810DE" w:rsidRDefault="0086272B">
            <w:r>
              <w:rPr>
                <w:sz w:val="20"/>
              </w:rPr>
              <w:t xml:space="preserve"> </w:t>
            </w:r>
          </w:p>
        </w:tc>
      </w:tr>
      <w:tr w:rsidR="00F810DE" w14:paraId="51E33DC3" w14:textId="77777777">
        <w:trPr>
          <w:jc w:val="center"/>
        </w:trPr>
        <w:tc>
          <w:tcPr>
            <w:tcW w:w="3118" w:type="dxa"/>
            <w:shd w:val="clear" w:color="auto" w:fill="F2F2F2"/>
            <w:tcMar>
              <w:top w:w="70" w:type="dxa"/>
              <w:left w:w="100" w:type="dxa"/>
              <w:bottom w:w="70" w:type="dxa"/>
              <w:right w:w="100" w:type="dxa"/>
            </w:tcMar>
          </w:tcPr>
          <w:p w14:paraId="76E6EE5B" w14:textId="77777777" w:rsidR="00F810DE" w:rsidRDefault="0086272B">
            <w:r>
              <w:rPr>
                <w:b/>
                <w:sz w:val="20"/>
              </w:rPr>
              <w:t>Proposed research topic / area</w:t>
            </w:r>
          </w:p>
        </w:tc>
        <w:tc>
          <w:tcPr>
            <w:tcW w:w="6406" w:type="dxa"/>
            <w:tcMar>
              <w:top w:w="70" w:type="dxa"/>
              <w:left w:w="100" w:type="dxa"/>
              <w:bottom w:w="70" w:type="dxa"/>
              <w:right w:w="100" w:type="dxa"/>
            </w:tcMar>
          </w:tcPr>
          <w:p w14:paraId="145311EC" w14:textId="77777777" w:rsidR="00F810DE" w:rsidRDefault="0086272B">
            <w:r>
              <w:rPr>
                <w:sz w:val="20"/>
              </w:rPr>
              <w:t xml:space="preserve"> </w:t>
            </w:r>
          </w:p>
        </w:tc>
      </w:tr>
    </w:tbl>
    <w:p w14:paraId="15C53011" w14:textId="77777777" w:rsidR="00F810DE" w:rsidRDefault="00F810DE"/>
    <w:p w14:paraId="48D1C7EE" w14:textId="77777777" w:rsidR="00F810DE" w:rsidRDefault="0086272B">
      <w:pPr>
        <w:spacing w:after="120"/>
      </w:pPr>
      <w:r>
        <w:rPr>
          <w:b/>
        </w:rPr>
        <w:t xml:space="preserve">To: </w:t>
      </w:r>
      <w:r>
        <w:t>Selection Committee, Cotutelle PhD Programme</w:t>
      </w:r>
    </w:p>
    <w:p w14:paraId="32EFC170" w14:textId="77777777" w:rsidR="00F810DE" w:rsidRDefault="0086272B">
      <w:pPr>
        <w:spacing w:after="140"/>
      </w:pPr>
      <w:r>
        <w:t>Dear Members of the Selection Committee,</w:t>
      </w:r>
    </w:p>
    <w:p w14:paraId="45217A98" w14:textId="1A1A5D14" w:rsidR="00F810DE" w:rsidRDefault="0086272B" w:rsidP="00FF7965">
      <w:pPr>
        <w:pStyle w:val="ListParagraph"/>
        <w:numPr>
          <w:ilvl w:val="0"/>
          <w:numId w:val="10"/>
        </w:numPr>
        <w:spacing w:after="120"/>
        <w:jc w:val="both"/>
      </w:pPr>
      <w:r w:rsidRPr="00FF7965">
        <w:rPr>
          <w:sz w:val="21"/>
        </w:rPr>
        <w:t>[Explain your academic and research motivation.]</w:t>
      </w:r>
    </w:p>
    <w:p w14:paraId="3068E44C" w14:textId="77777777" w:rsidR="00F810DE" w:rsidRDefault="0086272B" w:rsidP="00FF7965">
      <w:pPr>
        <w:pStyle w:val="ListParagraph"/>
        <w:numPr>
          <w:ilvl w:val="0"/>
          <w:numId w:val="10"/>
        </w:numPr>
        <w:spacing w:after="120"/>
        <w:jc w:val="both"/>
      </w:pPr>
      <w:r w:rsidRPr="00FF7965">
        <w:rPr>
          <w:sz w:val="21"/>
        </w:rPr>
        <w:t>[Explain why the Cotutelle model is particularly suitable for your doctoral research. Discuss how joint scientific supervision by academics from DUE and the University of Lodz could strengthen the theoretical, methodological, empirical, or international dimension of your dissertation. Where relevant, explain how your proposed research aligns with the expertise of the prospective supervisor at the University of Lodz.]</w:t>
      </w:r>
    </w:p>
    <w:p w14:paraId="430B1199" w14:textId="1DD88BDC" w:rsidR="00F810DE" w:rsidRDefault="0086272B" w:rsidP="00FF7965">
      <w:pPr>
        <w:pStyle w:val="ListParagraph"/>
        <w:numPr>
          <w:ilvl w:val="0"/>
          <w:numId w:val="10"/>
        </w:numPr>
        <w:spacing w:after="120"/>
        <w:jc w:val="both"/>
      </w:pPr>
      <w:r w:rsidRPr="00FF7965">
        <w:rPr>
          <w:sz w:val="21"/>
        </w:rPr>
        <w:t>[Describe what you expect to gain from conducting part of your doctoral research at the University of Lodz.]</w:t>
      </w:r>
    </w:p>
    <w:p w14:paraId="1AAEFA31" w14:textId="77777777" w:rsidR="00F810DE" w:rsidRDefault="0086272B" w:rsidP="00FF7965">
      <w:pPr>
        <w:pStyle w:val="ListParagraph"/>
        <w:numPr>
          <w:ilvl w:val="0"/>
          <w:numId w:val="10"/>
        </w:numPr>
        <w:spacing w:after="120"/>
        <w:jc w:val="both"/>
      </w:pPr>
      <w:r w:rsidRPr="00FF7965">
        <w:rPr>
          <w:sz w:val="21"/>
        </w:rPr>
        <w:t>[Briefly demonstrate your readiness to participate in the programme, including your ability to work in English, undertake the required period of study/research in Poland, work independently and collaboratively, and comply with the academic requirements of both universities.]</w:t>
      </w:r>
    </w:p>
    <w:p w14:paraId="45C0FAF3" w14:textId="4790A782" w:rsidR="00F810DE" w:rsidRDefault="0086272B" w:rsidP="00FF7965">
      <w:pPr>
        <w:pStyle w:val="ListParagraph"/>
        <w:numPr>
          <w:ilvl w:val="0"/>
          <w:numId w:val="10"/>
        </w:numPr>
        <w:spacing w:after="120"/>
        <w:jc w:val="both"/>
      </w:pPr>
      <w:r w:rsidRPr="00FF7965">
        <w:rPr>
          <w:sz w:val="21"/>
        </w:rPr>
        <w:t>[Conclude]</w:t>
      </w:r>
    </w:p>
    <w:p w14:paraId="17680B41" w14:textId="77777777" w:rsidR="00F810DE" w:rsidRDefault="0086272B">
      <w:pPr>
        <w:spacing w:before="80" w:after="160"/>
      </w:pPr>
      <w:r>
        <w:t>Sincerely,</w:t>
      </w:r>
    </w:p>
    <w:p w14:paraId="0D848153" w14:textId="77777777" w:rsidR="00F810DE" w:rsidRDefault="0086272B">
      <w:r>
        <w:rPr>
          <w:sz w:val="21"/>
        </w:rPr>
        <w:t>Full name: ___________________________________________</w:t>
      </w:r>
    </w:p>
    <w:p w14:paraId="2F621649" w14:textId="77777777" w:rsidR="00F810DE" w:rsidRDefault="0086272B">
      <w:r>
        <w:rPr>
          <w:sz w:val="21"/>
        </w:rPr>
        <w:t>Signature: ____________________________________________</w:t>
      </w:r>
    </w:p>
    <w:p w14:paraId="60FDACC9" w14:textId="77777777" w:rsidR="00F810DE" w:rsidRDefault="0086272B">
      <w:r>
        <w:rPr>
          <w:sz w:val="21"/>
        </w:rPr>
        <w:t>Date: ____ / ____ / ______</w:t>
      </w:r>
    </w:p>
    <w:sectPr w:rsidR="00F810DE" w:rsidSect="00034616">
      <w:footerReference w:type="default" r:id="rId8"/>
      <w:pgSz w:w="11906" w:h="16838"/>
      <w:pgMar w:top="907" w:right="1134" w:bottom="850"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9C86A" w14:textId="77777777" w:rsidR="00905BD9" w:rsidRDefault="00905BD9">
      <w:pPr>
        <w:spacing w:line="240" w:lineRule="auto"/>
      </w:pPr>
      <w:r>
        <w:separator/>
      </w:r>
    </w:p>
  </w:endnote>
  <w:endnote w:type="continuationSeparator" w:id="0">
    <w:p w14:paraId="0B23A65F" w14:textId="77777777" w:rsidR="00905BD9" w:rsidRDefault="00905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76DA" w14:textId="77777777" w:rsidR="00F810DE" w:rsidRDefault="0086272B">
    <w:pPr>
      <w:pStyle w:val="Footer"/>
      <w:jc w:val="center"/>
    </w:pPr>
    <w:r>
      <w:rPr>
        <w:i/>
        <w:sz w:val="17"/>
      </w:rPr>
      <w:t>Cotutelle PhD Programme - DUE &amp; University of Lodz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EAC2E" w14:textId="77777777" w:rsidR="00905BD9" w:rsidRDefault="00905BD9">
      <w:pPr>
        <w:spacing w:line="240" w:lineRule="auto"/>
      </w:pPr>
      <w:r>
        <w:separator/>
      </w:r>
    </w:p>
  </w:footnote>
  <w:footnote w:type="continuationSeparator" w:id="0">
    <w:p w14:paraId="2C8C463F" w14:textId="77777777" w:rsidR="00905BD9" w:rsidRDefault="00905BD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9C15BEB"/>
    <w:multiLevelType w:val="hybridMultilevel"/>
    <w:tmpl w:val="2A600A3E"/>
    <w:lvl w:ilvl="0" w:tplc="C4E03824">
      <w:numFmt w:val="bullet"/>
      <w:lvlText w:val="-"/>
      <w:lvlJc w:val="left"/>
      <w:pPr>
        <w:ind w:left="720" w:hanging="360"/>
      </w:pPr>
      <w:rPr>
        <w:rFonts w:ascii="Times New Roman" w:eastAsia="Times New Roman" w:hAnsi="Times New Roman" w:cs="Times New Roman" w:hint="default"/>
        <w:b w:val="0"/>
        <w:bCs w:val="0"/>
        <w:i w:val="0"/>
        <w:iCs w:val="0"/>
        <w:spacing w:val="0"/>
        <w:w w:val="99"/>
        <w:sz w:val="26"/>
        <w:szCs w:val="26"/>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739561">
    <w:abstractNumId w:val="8"/>
  </w:num>
  <w:num w:numId="2" w16cid:durableId="1539707979">
    <w:abstractNumId w:val="6"/>
  </w:num>
  <w:num w:numId="3" w16cid:durableId="1054430759">
    <w:abstractNumId w:val="5"/>
  </w:num>
  <w:num w:numId="4" w16cid:durableId="1773471119">
    <w:abstractNumId w:val="4"/>
  </w:num>
  <w:num w:numId="5" w16cid:durableId="1349336268">
    <w:abstractNumId w:val="7"/>
  </w:num>
  <w:num w:numId="6" w16cid:durableId="1626085728">
    <w:abstractNumId w:val="3"/>
  </w:num>
  <w:num w:numId="7" w16cid:durableId="1996495176">
    <w:abstractNumId w:val="2"/>
  </w:num>
  <w:num w:numId="8" w16cid:durableId="1046177194">
    <w:abstractNumId w:val="1"/>
  </w:num>
  <w:num w:numId="9" w16cid:durableId="1853642715">
    <w:abstractNumId w:val="0"/>
  </w:num>
  <w:num w:numId="10" w16cid:durableId="19503583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F4D82"/>
    <w:rsid w:val="00846830"/>
    <w:rsid w:val="0086272B"/>
    <w:rsid w:val="008804D5"/>
    <w:rsid w:val="00905BD9"/>
    <w:rsid w:val="009E4EF6"/>
    <w:rsid w:val="00A560FE"/>
    <w:rsid w:val="00AA1D8D"/>
    <w:rsid w:val="00B47730"/>
    <w:rsid w:val="00CB0664"/>
    <w:rsid w:val="00D352B8"/>
    <w:rsid w:val="00F810DE"/>
    <w:rsid w:val="00FC693F"/>
    <w:rsid w:val="00FF79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3D2DA77-36BF-4320-B89D-A224C663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 Dang</dc:creator>
  <cp:keywords/>
  <dc:description>.</dc:description>
  <cp:lastModifiedBy>QUANG NGUYEN THI THIEU</cp:lastModifiedBy>
  <cp:revision>6</cp:revision>
  <dcterms:created xsi:type="dcterms:W3CDTF">2013-12-23T23:15:00Z</dcterms:created>
  <dcterms:modified xsi:type="dcterms:W3CDTF">2026-09-09T08:37:00Z</dcterms:modified>
  <cp:category/>
</cp:coreProperties>
</file>